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לדוגמה –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כתבה קצרה בעברית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ועובדות מתוך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חדשות הקשורות למחקר מדעי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דבורי בומבוס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בכתבה נכתב שהן עשו זאת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בכתבה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(בדיקה מדעית כדי לגלות משהו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מיוחד שבנו בשביל הניסוי)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(סוג של דבורים גדולות ושעירות)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(תחושה טובה כשעושים משהו כיף)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חשוב שיתארו פעילות שעושים מרצון וללא תגמול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לבדוק אם דבורים משחקות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דבורים צעירות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כי הן שיחקו בלי לקבל פרס, מה שדומה להנאה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הדף לדיון קצר על משחק אצל בעלי חיים שהתלמידים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לדוגמה –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קראתם כתבה קצרה על ניסוי מדעי שבדק אם דבורים משחקות בכדורים. בדף הזה תתרגלו הבנה של הכתבה ומילים חדשות מתוכה.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זירה  ·  מתוק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רצו החוקרים לבדוק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אם דבורים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אם דבורים אוכלות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סוג דבורים השתמשו החוקרים?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דבורי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דבורי בומבוס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צרעות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קיבלו פרס כשגלגלו את הכדורים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דבורים צעירות שיחקו יותר מדבורים מבוגרות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החוקרים בנו __________ גדולה לדבורים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בצד אחד של הזירה היה אוכל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ניסוי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מיוחד שבנו בשביל הניסוי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תחושה טובה כשעושים משהו כיף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דבורי בומבוס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בדיקה מדעית כדי לגלות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סוג של דבורים גדולות ושעירות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משחק שאתם אוהבים לשחק בלי לקבל פרס, רק בשביל הכיף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בדקו החוקרים בניסוי על הדבורים?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גלגל יותר כדורים - דבורים צעירות או מבוגרות?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לדוגמה – דבורים שמשחקות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