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📰 כתבה בשבוע – חדשות בעברית קלה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כתבה לדוגמה – דבורים שמשחקות בכדור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כתבה קצרה בעברית קלה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פרטים ועובדות מתוך הכתבה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מילים חדשות הקשורות למחקר מדעי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אם דבורים משחקות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דבורי בומבוס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אוכל מתוק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דבורים צעירות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כי זה מראה שיש לדבורים רגשות פשוטים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בכתבה נכתב שהן עשו זאת בלי לקבל שום פרס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כתוב בכתבה במפורש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הן יכלו לעבור לידם ולהגיע ישר לאוכל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החוקרים אמרו שזה רק מחקר ראשון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כך נכתב בכתבה על בעלי חיים נוספים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זירה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מתוק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צעירות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פרס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רגשות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(בדיקה מדעית כדי לגלות משהו חדש)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(מקום מיוחד שבנו בשביל הניסוי)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(סוג של דבורים גדולות ושעירות)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(תחושה טובה כשעושים משהו כיף)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(ניסוי שעדיין לא נעשה הרבה פעמים קודם)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תלמידים יכתבו שהדבורים לא קיבלו פרס, גלגלו כדורים שוב ושוב ולא היו חייבות לעשות זאת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אישית - חשוב שיתארו פעילות שעושים מרצון וללא תגמול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הציפייה: לבדוק אם דבורים משחקות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הציפייה: דבורים צעירות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הציפייה: כי הן שיחקו בלי לקבל פרס, מה שדומה להנאה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להשמיע את ההקראה לפני התרגול כדי לחזק הבנה שמיעתית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לחבר את הדף לדיון קצר על משחק אצל בעלי חיים שהתלמידים מכירים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אפשר לבקש מהתלמידים לשתף בעל פה לפני הכתיבה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📰 כתבה בשבוע – חדשות בעברית קלה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כתבה לדוגמה – דבורים שמשחקות בכדור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קראנו כתבה קטנה על דבורים שמשחקות בכדור. עכשיו נתרגל להבין אותה.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ניסוי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בדיקה מדעית כדי לגלות משהו חדש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חוקרים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אנשים שעושים מחקר מדעי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זירה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מקום מיוחד שבנו בשביל הניסוי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דבורי בומבוס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סוג של דבורים גדולות ושעירות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פרס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משהו טוב שמקבלים אחרי שעושים פעולה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רגשות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תחושות כמו שמחה, פחד או הנאה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הנאה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תחושה טובה כשעושים משהו כיף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מחקר ראשון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ניסוי שעדיין לא נעשה הרבה פעמים קודם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הנקרא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בדקו החוקרים?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אם דבורים ישנות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אם דבורים משחקות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אם דבורים אוכלות הרבה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אם דבורים עפות גבוה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אילו דבורים היו בניסוי?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דבורי דבש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דבורי בומבוס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צרעות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יתושים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חיכה לדבורים בקצה הזירה?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אוכל מתוק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מי שיחק יותר - צעירות או מבוגרות?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דבורים מבוגרות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דבורים צעירות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דבורים חולות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דבורים עייפות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למה זה מעניין שדבורים משחקות?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זה מראה שיש לדבורים רגשות פשוטים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זה מראה שהן חזקות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זה מראה שהן מהירות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זה מראה שהן גדולות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הדבורים קיבלו פרס כשגלגלו את הכדורים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דבורים צעירות שיחקו יותר מדבורים מבוגרות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הדבורים היו חייבות לעבור דרך הכדורים כדי להגיע לאוכל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זהו המחקר הראשון מסוגו בנושא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גם בבעלי חיים אחרים הצעירים משחקים יותר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החוקרים בנו __________ גדולה לדבורים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בצד אחד של הזירה היה אוכל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דבורים __________ גלגלו כדורים יותר מדבורים מבוגרות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הדבורים גלגלו את הכדורים בלי לקבל שום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אולי גם לחרקים יש __________ פשוטים, כמו הנאה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ניסוי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תחושה טובה כשעושים משהו כיף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זירה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ניסוי שעדיין לא נעשה הרבה פעמים קודם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דבורי בומבוס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בדיקה מדעית כדי לגלות משהו חדש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הנאה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סוג של דבורים גדולות ושעירות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מחקר ראשון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מקום מיוחד שבנו בשביל הניסוי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לדעתכם, איך החוקרים ידעו שהדבורים "משחקות" ולא עושות משהו אחר? הסבירו בקצרה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תארו משחק שאתם אוהבים לשחק בלי לקבל פרס, רק בשביל הכיף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בדקו החוקרים בניסוי על הדבורים?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 גלגל יותר כדורים - דבורים צעירות או מבוגרות?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חוקרים חושבים שלחרקים יכולים להיות רגשות?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כתבה לדוגמה – דבורים שמשחקות בכדור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