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לדוגמה –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כתבה קצרה בעברית קלה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פרטים ועובדות מתוך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חדשות הקשורות למחקר מדעי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אם דבורים משחקות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דבורי בומבוס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אוכל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דבורים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כי זה מראה שיש לדבורים רגשות פשוטים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בכתבה נכתב שהן עשו זאת בלי לקבל שום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בכתבה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הן יכלו לעבור לידם ולהגיע ישר לאוכל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החוקרים אמרו שזה רק מחקר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נכתב בכתבה על בעלי חיים נוספים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רגשות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(בדיקה מדעית כדי לגלות משהו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(מקום מיוחד שבנו בשביל הניסוי)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(סוג של דבורים גדולות ושעירות)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(תחושה טובה כשעושים משהו כיף)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(ניסוי שעדיין לא נעשה הרבה פעמים קודם)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שהדבורים לא קיבלו פרס, גלגלו כדורים שוב ושוב ולא היו חייבות לעשות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חשוב שיתארו פעילות שעושים מרצון וללא תגמול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הציפייה: לבדוק אם דבורים משחקות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הציפייה: דבורים צעירות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הציפייה: כי הן שיחקו בלי לקבל פרס, מה שדומה להנאה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ההקראה לפני התרגול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הדף לדיון קצר על משחק אצל בעלי חיים שהתלמידים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לשתף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לדוגמה –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קראתם כתבה קצרה על ניסוי מדעי שבדק אם דבורים משחקות בכדורים. בדף הזה תתרגלו הבנה של הכתבה ומילים חדשות מתוכה.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רצו החוקרים לבדוק בניסוי?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דבורים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דבורים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דבורים אוכלות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 דבורים עפות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סוג דבורים השתמשו החוקרים?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דבורי בומבוס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יתושים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בצד אחד של הזירה?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דבורים גלגלו יותר כדורים?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דבורים מבוגרות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דבורים צעירות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דבורים חולות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דבורים עייפות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המחקר הזה חשוב לדעת החוקרים?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מראה שיש לדבורים רגשות פשוטים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מראה שהן חזקות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מראה שהן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מראה שהן גדולות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קיבלו פרס כשגלגלו את הכדורים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דבורים צעירות שיחקו יותר מדבורים מבוגרות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היו חייבות לעבור דרך הכדורים כדי להגיע לאוכל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זהו המחקר הראשון מסוגו בנושא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בבעלי חיים אחרים הצעירים משחקים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החוקרים בנו __________ גדולה לדבורים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בצד אחד של הזירה היה אוכל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דבורים __________ גלגלו כדורים יותר מדבורים מבוגרות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הדבורים גלגלו את הכדורים בלי לקבל שום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אולי גם לחרקים יש __________ פשוטים, כמו הנאה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ניסוי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ניסוי שעדיין לא נעשה הרבה פעמים קודם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בדיקה מדעית כדי לגלות משהו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דבורי בומבוס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תחושה טובה כשעושים משהו כיף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הנאה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סוג של דבורים גדולות ושעירות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מחקר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מיוחד שבנו בשביל הניסוי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לדעתכם, איך החוקרים ידעו שהדבורים "משחקות" ולא עושות משהו אחר? הסבירו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משחק שאתם אוהבים לשחק בלי לקבל פרס, רק בשביל הכיף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בדקו החוקרים בניסוי על הדבורים?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גלגל יותר כדורים - דבורים צעירות או מבוגרות?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חוקרים חושבים שלחרקים יכולים להיות רגשות?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לדוגמה – דבורים שמשחקות בכדור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